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7 צעדי הראיון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מתאימות ולא מתאימות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תשובות קצרות וברורות לשאלות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נושמים שלוש נשימות עמוקות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אפשר לחזור על השאלה?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בקול ברור ובמשפטים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אומרים תודה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בזמן, עם בגדים 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כדאי לצאת מוקדם ולהגיע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מבינים את השאלה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לא התנהגות מתאימה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להתרגש וגם להצליח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להקשיב למראיין/ת ולא לטלפון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עוזר ליצור קשר נעים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מסדרים את 7 צעדי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מתכוננים מראש ובוחרים בגדים 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מגיעים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לפני הכניסה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שלום ומחייכים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מקשיבים לשאלה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עונים בקול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אומרים תודה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עושים או לא עושים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(לא 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 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(לא עושים בראיון)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מסודרים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ומתרגלים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מבקשים בנימוס: אפשר לחזור על השאלה?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שלום, קוראים לי... ותודה שבאתי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נושמים שלוש נשימות עמוקות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מבקשים לחזור על השאלה בנימוס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תודה רבה ויוצאים בנחת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כרטיסי התמונה מהעמוד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משחק התפקידים לפני פעילות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הפריטים המסומנים ולהתמקד בצעדים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מתכוננים לראיון ואיך מתנהגים בזמן הראיון, צעד אחרי צעד.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שנכנסים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שולחים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נושמים שלוש נשימות עמוקות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אומרים כשלא מבינים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יוצאים מהחדר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לחזור על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עונים משהו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עונים לשאלות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 מאוד ובלי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 ברור ובמשפטים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בלחישה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בסוף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קמים ויוצאים בשקט בלי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מבקשים עוד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כדאי להגיע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בגדים מסודרים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בזמן, עם בגדים 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אוזניות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צעדים יש בדרך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להגיע מאוחר לראיון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להקשיב למראיין/ת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ללעוס מסטיק בזמן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להתרגש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להסתכל בטלפון בזמן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לחייך ולהסתכל בעיניים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מסדרים את 7 צעדי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לשאלה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בקול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מתכוננים מראש ובוחרים בגדים נקיים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בזמן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לאט לפני הכניסה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תודה רבה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שלום ומחייכים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עושים או לא עושים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לחייך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לצעוק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להגיד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להסתכל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להקשיב עד הסוף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לקטוע באמצע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עושים בראיון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שנכנסים, נושמים שלוש __________ עמוקות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עונים לאט, בקול __________ ובמשפטים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אומרים "__________ רבה" ויוצאים בנחת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יוצאים מוקדם ומגיעים קצת לפני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בוחרים בגדים נקיים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ומתרגלים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אם לא מבינים שאלה בראיון?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שאומרים כשנכנסים לראיון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רגע לפני שנכנסים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אם לא הבינו את השאלה?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בסוף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