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7 צעדי הראיון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התנהגויות מתאימות ולא מתאימות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תשובות קצרות וברורות לשאלות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נושמים שלוש נשימות עמוקות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אפשר לחזור על השאלה?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בקול ברור ובמשפטים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אומרים תודה 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בזמן, עם בגדים נקיים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כדאי לצאת מוקדם ולהגיע בזמן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מבינים את השאלה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לא התנהגות מתאימה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אפשר להתרגש וגם להצליח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צריך להקשיב למראיין/ת ולא לטלפון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 עוזר ליצור קשר נעים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מסדרים את 7 צעדי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מתכוננים מראש ובוחרים בגדים נקיים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מגיעים בזמן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 לאט לפני הכניסה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שלום ומחייכים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מקשיבים לשאלה עד הסוף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עונים בקול 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אומרים תודה רבה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עושים או לא עושים בראיון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(עושים בראיון)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(לא עושים בראיון)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(עושים בראיון)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(לא עושים בראיון)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(עושים בראיון)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(לא עושים בראיון)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משלימים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מסודרים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ומתרגלים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מבקשים בנימוס: אפשר לחזור על השאלה?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שלום, קוראים לי... ותודה שבאתי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נושמים שלוש נשימות עמוקות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מבקשים לחזור על השאלה בנימוס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אומרים תודה רבה ויוצאים בנחת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כרטיסי התמונה מהעמוד לפני מילוי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בזוגות את משחק התפקידים לפני פעילות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ניתן לדלג על הפריטים המסומנים ולהתמקד בצעדים הבסיסיים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מה עושים לפני ראיון ובזמן ראיון. יש 7 צעדים פשוטים.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שבה שואלים אותי שאלות ואני עונה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מראיין/ת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ששואל אותי שאלות בראיון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חוזקה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טוב שאני יודע/ת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נשימה עמוקה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לנשום לאט כדי להירגע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בקול ברור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לדבר לאט כדי שישמעו אותי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בנחת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לאט ובשקט, בלי למהר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תחום לימוד שבוחרים בבית הספר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ליד הדלת לפני הכניסה?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שולחים הודעה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נושמים שלוש נשימות עמוקות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אוכלים ממתק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מדברים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שואלים כשלא הבנו?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יוצאים מהחדר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אפשר לחזור על השאלה?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עונים משהו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צריך לדבר בזמן התשובה?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מהר מאוד ובלי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בקול ברור ובמשפטים קצרים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בלחישה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בצעקה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אומרים לפני שיוצאים?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קמים ויוצאים בשקט בלי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אומרים תודה 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מבקשים עוד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מסתכלים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מתלבשים ומתי מגיעים?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באיחור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בלי בגדים מסודרים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בזמן, עם בגדים נקיים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 אוזניות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צעדים למדנו?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להגיע מאוחר לראיון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להקשיב למראיין/ת עד הסוף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ללעוס מסטיק בזמן הראיון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להתרגש בראיון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להסתכל בטלפון בזמן הראיון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לחייך ולהסתכל בעיניים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מסדרים את 7 צעדי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נושמים לאט לפני הכניסה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מתכוננים מראש ובוחרים בגדים נקיים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בזמן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עונים בקול ברור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תודה רבה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לשאלה עד הסוף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שלום ומחייכים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עושים או לא עושים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לחייך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עושים בראיון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לצעוק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עושים בראיון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להגיד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 עושים בראיון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להסתכל בטלפון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עושים בראיון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להקשיב עד הסוף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 עושים בראיון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לקטוע באמצע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עושים בראיון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משלימים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שנכנסים, נושמים שלוש __________ עמוקות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עונים לאט, בקול __________ ובמשפטים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בסוף אומרים "__________ רבה" ויוצאים בנחת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יוצאים מוקדם ומגיעים קצת לפני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בוחרים בגדים נקיים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ומתרגלים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אם לא מבינים שאלה בראיון?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שאומרים כשנכנסים לראיון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רגע לפני שנכנסים לראיון?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אומרים אם לא הבינו את השאלה?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בסוף הראיון?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הכנה לראיון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