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7 צעדי הראיון לפי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התנהגויות מתאימות ולא מתאימות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תשובות קצרות וברורות לשאלות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נושמים שלוש נשימות עמוקות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אפשר לחזור על השאלה?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אומרים תודה רבה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כדאי לצאת מוקדם ולהגיע בזמן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מבינים את השאלה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לא התנהגות מתאימה לראיון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מסדרים את 7 צעדי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מתכוננים מראש ובוחרים בגדים נקיים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מגיעים בזמן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 לאט לפני הכניסה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אומרים שלום ומחייכים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עושים או לא עושים בראיון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(עושים בראיון)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(לא עושים בראיון)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(עושים בראיון)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(לא עושים בראיון)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משלימים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ומתרגלים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מבקשים בנימוס: אפשר לחזור על השאלה?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נושמים שלוש נשימות עמוקות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מבקשים לחזור על השאלה בנימוס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אומרים תודה רבה ויוצאים בנחת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כרטיסי התמונה מהעמוד לפני מילוי הדף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בזוגות את משחק התפקידים לפני פעילות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ניתן לדלג על הפריטים המסומנים ולהתמקד בצעדים הבסיסיים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איך מתכוננים לראיון ואיך מתנהגים בזמן הראיון, צעד אחרי צעד.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ברור  ·  נשימות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עושים לפני שנכנסים לראיון?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שולחים הודעה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נושמים שלוש נשימות עמוקות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אוכלים ממתק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אומרים כשלא מבינים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יוצאים מהחדר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אפשר לחזור על השאלה?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עושים בסוף הראיון?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קמים ויוצאים בשקט בלי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אומרים תודה 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מבקשים עוד שאלה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להגיע מאוחר לראיון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כדאי להקשיב למראיין/ת עד הסוף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ללעוס מסטיק בזמן הראיון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מסדרים את 7 צעדי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אומרים שלום ומחייכים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מתכוננים מראש ובוחרים בגדים נקיים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מגיעים בזמן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נושמים לאט לפני הכניסה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עושים או לא עושים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לחייך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לא עושים בראיון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לצעוק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עושים בראיון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להגיד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לא עושים בראיון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להסתכל בטלפון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עושים בראיון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משלימים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שנכנסים, נושמים שלוש __________ עמוקות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עונים לאט, בקול __________ ובמשפטים קצרים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ומתרגלים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עושים אם לא מבינים שאלה בראיון?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רגע לפני שנכנסים לראיון?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אומרים אם לא הבינו את השאלה?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הכנה לראיון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